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26A7" w14:textId="041C4C4B" w:rsidR="00272793" w:rsidRDefault="00272793">
      <w:pPr>
        <w:jc w:val="center"/>
        <w:rPr>
          <w:b/>
          <w:color w:val="16375B"/>
          <w:sz w:val="3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9E2AD4B" wp14:editId="075BD8CB">
            <wp:simplePos x="0" y="0"/>
            <wp:positionH relativeFrom="column">
              <wp:posOffset>3857625</wp:posOffset>
            </wp:positionH>
            <wp:positionV relativeFrom="paragraph">
              <wp:posOffset>52070</wp:posOffset>
            </wp:positionV>
            <wp:extent cx="2103755" cy="971550"/>
            <wp:effectExtent l="0" t="0" r="0" b="0"/>
            <wp:wrapNone/>
            <wp:docPr id="7" name="Εικόνα 4">
              <a:extLst xmlns:a="http://schemas.openxmlformats.org/drawingml/2006/main">
                <a:ext uri="{FF2B5EF4-FFF2-40B4-BE49-F238E27FC236}">
                  <a16:creationId xmlns:a16="http://schemas.microsoft.com/office/drawing/2014/main" id="{71468E3B-87FC-B283-7565-A3789F7914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4">
                      <a:extLst>
                        <a:ext uri="{FF2B5EF4-FFF2-40B4-BE49-F238E27FC236}">
                          <a16:creationId xmlns:a16="http://schemas.microsoft.com/office/drawing/2014/main" id="{71468E3B-87FC-B283-7565-A3789F7914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2F6">
        <w:rPr>
          <w:noProof/>
        </w:rPr>
        <w:drawing>
          <wp:anchor distT="0" distB="0" distL="114300" distR="114300" simplePos="0" relativeHeight="251656704" behindDoc="1" locked="0" layoutInCell="1" allowOverlap="1" wp14:anchorId="73027763" wp14:editId="40AB0F5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81100" cy="1066661"/>
            <wp:effectExtent l="0" t="0" r="0" b="635"/>
            <wp:wrapNone/>
            <wp:docPr id="1501372514" name="Picture 1501372514" descr="http://www.cbc-biotourism-portal.eu/echo/files/1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bc-biotourism-portal.eu/echo/files/105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6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81838" w14:textId="61AADF8C" w:rsidR="00272793" w:rsidRDefault="00272793">
      <w:pPr>
        <w:jc w:val="center"/>
        <w:rPr>
          <w:rFonts w:ascii="Times New Roman" w:hAnsi="Times New Roman" w:cs="Times New Roman"/>
          <w:b/>
          <w:color w:val="16375B"/>
          <w:sz w:val="30"/>
        </w:rPr>
      </w:pPr>
    </w:p>
    <w:p w14:paraId="3B2D8254" w14:textId="5402A261" w:rsidR="00272793" w:rsidRDefault="00272793">
      <w:pPr>
        <w:jc w:val="center"/>
        <w:rPr>
          <w:rFonts w:ascii="Times New Roman" w:hAnsi="Times New Roman" w:cs="Times New Roman"/>
          <w:b/>
          <w:color w:val="16375B"/>
          <w:sz w:val="30"/>
        </w:rPr>
      </w:pPr>
    </w:p>
    <w:p w14:paraId="28EB227D" w14:textId="77777777" w:rsidR="00272793" w:rsidRPr="00272793" w:rsidRDefault="00272793">
      <w:pPr>
        <w:jc w:val="center"/>
        <w:rPr>
          <w:rFonts w:ascii="Times New Roman" w:hAnsi="Times New Roman" w:cs="Times New Roman"/>
          <w:b/>
          <w:color w:val="16375B"/>
          <w:sz w:val="30"/>
        </w:rPr>
      </w:pPr>
    </w:p>
    <w:p w14:paraId="74AF624E" w14:textId="50D0C73C" w:rsidR="0008365A" w:rsidRPr="00272793" w:rsidRDefault="00000000">
      <w:pPr>
        <w:jc w:val="center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  <w:b/>
          <w:color w:val="16375B"/>
          <w:sz w:val="30"/>
        </w:rPr>
        <w:t>LETTER OF EXPRESSION OF INTEREST</w:t>
      </w:r>
    </w:p>
    <w:p w14:paraId="075B51E3" w14:textId="77777777" w:rsidR="0008365A" w:rsidRPr="00272793" w:rsidRDefault="00000000">
      <w:pPr>
        <w:jc w:val="center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  <w:i/>
          <w:sz w:val="18"/>
        </w:rPr>
        <w:t>HEALTH4ALL | Interreg VI-A IPA Greece–Albania 2021–2027</w:t>
      </w:r>
    </w:p>
    <w:p w14:paraId="648AA082" w14:textId="77777777" w:rsidR="00272793" w:rsidRDefault="00272793">
      <w:pPr>
        <w:rPr>
          <w:rFonts w:ascii="Times New Roman" w:hAnsi="Times New Roman" w:cs="Times New Roman"/>
        </w:rPr>
      </w:pPr>
    </w:p>
    <w:p w14:paraId="55611534" w14:textId="2D95BD44" w:rsidR="0008365A" w:rsidRPr="00272793" w:rsidRDefault="00000000">
      <w:pPr>
        <w:rPr>
          <w:rFonts w:ascii="Times New Roman" w:hAnsi="Times New Roman" w:cs="Times New Roman"/>
          <w:b/>
          <w:bCs/>
        </w:rPr>
      </w:pPr>
      <w:r w:rsidRPr="00272793">
        <w:rPr>
          <w:rFonts w:ascii="Times New Roman" w:hAnsi="Times New Roman" w:cs="Times New Roman"/>
          <w:b/>
          <w:bCs/>
        </w:rPr>
        <w:t>To: Regional Council of Korçë, Albania</w:t>
      </w:r>
    </w:p>
    <w:p w14:paraId="08775E63" w14:textId="77777777" w:rsidR="0008365A" w:rsidRPr="00272793" w:rsidRDefault="00000000" w:rsidP="00272793">
      <w:pPr>
        <w:jc w:val="both"/>
        <w:rPr>
          <w:rFonts w:ascii="Times New Roman" w:hAnsi="Times New Roman" w:cs="Times New Roman"/>
          <w:b/>
          <w:bCs/>
        </w:rPr>
      </w:pPr>
      <w:r w:rsidRPr="00272793">
        <w:rPr>
          <w:rFonts w:ascii="Times New Roman" w:hAnsi="Times New Roman" w:cs="Times New Roman"/>
          <w:b/>
          <w:bCs/>
        </w:rPr>
        <w:t>Subject: Expression of Interest – External Expertise for Social Media Content Development in the Context of the HEALTH4ALL Project</w:t>
      </w:r>
    </w:p>
    <w:p w14:paraId="6F2113C8" w14:textId="77777777" w:rsidR="00272793" w:rsidRDefault="00272793">
      <w:pPr>
        <w:rPr>
          <w:rFonts w:ascii="Times New Roman" w:hAnsi="Times New Roman" w:cs="Times New Roman"/>
        </w:rPr>
      </w:pPr>
    </w:p>
    <w:p w14:paraId="666C9E0E" w14:textId="353C8E05" w:rsidR="0008365A" w:rsidRPr="00272793" w:rsidRDefault="00000000">
      <w:pPr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Dear Sir/Madam,</w:t>
      </w:r>
    </w:p>
    <w:p w14:paraId="6FF871B9" w14:textId="77777777" w:rsidR="0008365A" w:rsidRPr="00272793" w:rsidRDefault="00000000" w:rsidP="00272793">
      <w:pPr>
        <w:jc w:val="both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I/We, [full name of applicant / legal name of entity], hereby express my/our interest in participating in the procedure for “External Expertise for Social Media Content Development in the Context of the HEALTH4ALL Project – Regional Council of Korçë, Albania”.</w:t>
      </w:r>
    </w:p>
    <w:p w14:paraId="292FC2F7" w14:textId="77777777" w:rsidR="0008365A" w:rsidRPr="00272793" w:rsidRDefault="00000000" w:rsidP="00272793">
      <w:pPr>
        <w:jc w:val="both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I/We confirm that the required application documents are enclosed and that the information provided is accurate to the best of my/our knowledge.</w:t>
      </w:r>
    </w:p>
    <w:p w14:paraId="285741D8" w14:textId="77777777" w:rsidR="0008365A" w:rsidRPr="00272793" w:rsidRDefault="00000000" w:rsidP="00272793">
      <w:pPr>
        <w:jc w:val="both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If invited to the subsequent stage of the procedure, I/we would be pleased to provide any additional information or documentation requested in accordance with the applicable procedure.</w:t>
      </w:r>
    </w:p>
    <w:p w14:paraId="307EB898" w14:textId="77777777" w:rsidR="00272793" w:rsidRDefault="00272793">
      <w:pPr>
        <w:rPr>
          <w:rFonts w:ascii="Times New Roman" w:hAnsi="Times New Roman" w:cs="Times New Roman"/>
        </w:rPr>
      </w:pPr>
    </w:p>
    <w:p w14:paraId="3685B337" w14:textId="53F671F5" w:rsidR="0008365A" w:rsidRPr="00272793" w:rsidRDefault="00000000">
      <w:pPr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Yours faithfully,</w:t>
      </w:r>
    </w:p>
    <w:p w14:paraId="42392437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Name of applicant / authorised representative: ______________________________</w:t>
      </w:r>
    </w:p>
    <w:p w14:paraId="252F26A7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Applicant type (natural person / legal entity): ______________________________</w:t>
      </w:r>
    </w:p>
    <w:p w14:paraId="1CEA91E3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Organisation (if applicable): _____________________________________________</w:t>
      </w:r>
    </w:p>
    <w:p w14:paraId="6DEB744C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Email / telephone: _____________________________________________________</w:t>
      </w:r>
    </w:p>
    <w:p w14:paraId="7CD988B5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Date and place: ________________________________________________________</w:t>
      </w:r>
    </w:p>
    <w:p w14:paraId="405E86C2" w14:textId="77777777" w:rsidR="0008365A" w:rsidRPr="00272793" w:rsidRDefault="00000000">
      <w:pPr>
        <w:spacing w:after="120"/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</w:rPr>
        <w:t>Signature: ____________________________________________________________</w:t>
      </w:r>
    </w:p>
    <w:p w14:paraId="056495D3" w14:textId="77777777" w:rsidR="0008365A" w:rsidRPr="00272793" w:rsidRDefault="00000000">
      <w:pPr>
        <w:rPr>
          <w:rFonts w:ascii="Times New Roman" w:hAnsi="Times New Roman" w:cs="Times New Roman"/>
        </w:rPr>
      </w:pPr>
      <w:r w:rsidRPr="00272793">
        <w:rPr>
          <w:rFonts w:ascii="Times New Roman" w:hAnsi="Times New Roman" w:cs="Times New Roman"/>
          <w:i/>
        </w:rPr>
        <w:t>Enclosures: Documents required under the Call for Expressions of Interest.</w:t>
      </w:r>
    </w:p>
    <w:sectPr w:rsidR="0008365A" w:rsidRPr="00272793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6394649">
    <w:abstractNumId w:val="8"/>
  </w:num>
  <w:num w:numId="2" w16cid:durableId="451175659">
    <w:abstractNumId w:val="6"/>
  </w:num>
  <w:num w:numId="3" w16cid:durableId="1204754622">
    <w:abstractNumId w:val="5"/>
  </w:num>
  <w:num w:numId="4" w16cid:durableId="1237015935">
    <w:abstractNumId w:val="4"/>
  </w:num>
  <w:num w:numId="5" w16cid:durableId="332489377">
    <w:abstractNumId w:val="7"/>
  </w:num>
  <w:num w:numId="6" w16cid:durableId="1614167294">
    <w:abstractNumId w:val="3"/>
  </w:num>
  <w:num w:numId="7" w16cid:durableId="998315049">
    <w:abstractNumId w:val="2"/>
  </w:num>
  <w:num w:numId="8" w16cid:durableId="158428412">
    <w:abstractNumId w:val="1"/>
  </w:num>
  <w:num w:numId="9" w16cid:durableId="95263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65A"/>
    <w:rsid w:val="0015074B"/>
    <w:rsid w:val="00272793"/>
    <w:rsid w:val="0029639D"/>
    <w:rsid w:val="00326F90"/>
    <w:rsid w:val="0063693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C312A"/>
  <w14:defaultImageDpi w14:val="300"/>
  <w15:docId w15:val="{A90FCD8D-FD8C-4CFE-9C81-F2541C89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2026-09-21T13:12:00Z</dcterms:created>
  <dcterms:modified xsi:type="dcterms:W3CDTF">2026-09-21T13:12:00Z</dcterms:modified>
  <cp:category/>
</cp:coreProperties>
</file>